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FCEE2" w14:textId="77777777" w:rsidR="002C682C" w:rsidRPr="00422254" w:rsidRDefault="00422254">
      <w:pPr>
        <w:jc w:val="right"/>
        <w:rPr>
          <w:lang w:val="it-IT"/>
        </w:rPr>
      </w:pPr>
      <w:r w:rsidRPr="00422254">
        <w:rPr>
          <w:rFonts w:ascii="Arial" w:hAnsi="Arial"/>
          <w:i/>
          <w:sz w:val="20"/>
          <w:lang w:val="it-IT"/>
        </w:rPr>
        <w:t>ALLEGATO A</w:t>
      </w:r>
      <w:r w:rsidRPr="00422254">
        <w:rPr>
          <w:rFonts w:ascii="Arial" w:hAnsi="Arial"/>
          <w:i/>
          <w:sz w:val="20"/>
          <w:lang w:val="it-IT"/>
        </w:rPr>
        <w:br/>
        <w:t>Modello di Domanda e Dichiarazione</w:t>
      </w:r>
    </w:p>
    <w:p w14:paraId="75008685" w14:textId="77777777" w:rsidR="002C682C" w:rsidRPr="00422254" w:rsidRDefault="00422254">
      <w:pPr>
        <w:spacing w:after="360"/>
        <w:jc w:val="center"/>
        <w:rPr>
          <w:lang w:val="it-IT"/>
        </w:rPr>
      </w:pPr>
      <w:r w:rsidRPr="00422254">
        <w:rPr>
          <w:rFonts w:ascii="Arial" w:hAnsi="Arial"/>
          <w:b/>
          <w:sz w:val="28"/>
          <w:lang w:val="it-IT"/>
        </w:rPr>
        <w:t>ISTANZA DI PARTECIPAZIONE E DICHIARAZIONE SOSTITUTIVA</w:t>
      </w:r>
      <w:r w:rsidRPr="00422254">
        <w:rPr>
          <w:rFonts w:ascii="Arial" w:hAnsi="Arial"/>
          <w:b/>
          <w:sz w:val="28"/>
          <w:lang w:val="it-IT"/>
        </w:rPr>
        <w:br/>
        <w:t>(Ai sensi degli artt. 46 e 47 del D.P.R. n. 445/2000)</w:t>
      </w:r>
    </w:p>
    <w:p w14:paraId="1D7476A8" w14:textId="77777777" w:rsidR="00422254" w:rsidRDefault="00422254" w:rsidP="00422254">
      <w:pPr>
        <w:spacing w:after="0"/>
        <w:jc w:val="right"/>
        <w:rPr>
          <w:rFonts w:ascii="Arial" w:hAnsi="Arial"/>
          <w:lang w:val="it-IT"/>
        </w:rPr>
      </w:pPr>
      <w:r w:rsidRPr="00422254">
        <w:rPr>
          <w:rFonts w:ascii="Arial" w:hAnsi="Arial"/>
          <w:lang w:val="it-IT"/>
        </w:rPr>
        <w:t>Spett.le</w:t>
      </w:r>
      <w:r w:rsidRPr="00422254">
        <w:rPr>
          <w:rFonts w:ascii="Arial" w:hAnsi="Arial"/>
          <w:lang w:val="it-IT"/>
        </w:rPr>
        <w:br/>
        <w:t>C</w:t>
      </w:r>
      <w:r>
        <w:rPr>
          <w:rFonts w:ascii="Arial" w:hAnsi="Arial"/>
          <w:lang w:val="it-IT"/>
        </w:rPr>
        <w:t>omune di Colleferro</w:t>
      </w:r>
    </w:p>
    <w:p w14:paraId="2D56A23B" w14:textId="77777777" w:rsidR="00422254" w:rsidRDefault="00422254" w:rsidP="00422254">
      <w:pPr>
        <w:spacing w:after="0"/>
        <w:jc w:val="right"/>
        <w:rPr>
          <w:rFonts w:ascii="Arial" w:hAnsi="Arial"/>
          <w:lang w:val="it-IT"/>
        </w:rPr>
      </w:pPr>
      <w:r>
        <w:rPr>
          <w:rFonts w:ascii="Arial" w:hAnsi="Arial"/>
          <w:lang w:val="it-IT"/>
        </w:rPr>
        <w:t>Area 5</w:t>
      </w:r>
    </w:p>
    <w:p w14:paraId="5346FAA1" w14:textId="29285ECC" w:rsidR="00422254" w:rsidRDefault="000C024A" w:rsidP="00422254">
      <w:pPr>
        <w:spacing w:after="120"/>
        <w:jc w:val="right"/>
        <w:rPr>
          <w:rFonts w:ascii="Arial" w:hAnsi="Arial"/>
          <w:color w:val="0000FF"/>
          <w:u w:val="single"/>
          <w:lang w:val="it-IT"/>
        </w:rPr>
      </w:pPr>
      <w:hyperlink r:id="rId6" w:history="1">
        <w:r w:rsidR="00422254" w:rsidRPr="00422254">
          <w:rPr>
            <w:rFonts w:ascii="Arial" w:hAnsi="Arial"/>
            <w:color w:val="0000FF"/>
            <w:u w:val="single"/>
            <w:lang w:val="it-IT"/>
          </w:rPr>
          <w:t>comune.colleferro@legalmail.it</w:t>
        </w:r>
      </w:hyperlink>
    </w:p>
    <w:p w14:paraId="0CC97627" w14:textId="77777777" w:rsidR="00422254" w:rsidRPr="00422254" w:rsidRDefault="00422254" w:rsidP="00422254">
      <w:pPr>
        <w:spacing w:after="120"/>
        <w:jc w:val="both"/>
        <w:rPr>
          <w:rFonts w:ascii="Arial" w:hAnsi="Arial"/>
          <w:lang w:val="it-IT"/>
        </w:rPr>
      </w:pPr>
    </w:p>
    <w:p w14:paraId="1BA1F914" w14:textId="77777777" w:rsidR="000C024A" w:rsidRDefault="00422254" w:rsidP="00E3509A">
      <w:pPr>
        <w:spacing w:after="0"/>
        <w:jc w:val="both"/>
        <w:rPr>
          <w:rFonts w:ascii="Arial" w:hAnsi="Arial"/>
          <w:lang w:val="it-IT"/>
        </w:rPr>
      </w:pPr>
      <w:r w:rsidRPr="00422254">
        <w:rPr>
          <w:rFonts w:ascii="Arial" w:hAnsi="Arial"/>
          <w:b/>
          <w:lang w:val="it-IT"/>
        </w:rPr>
        <w:t xml:space="preserve">OGGETTO: </w:t>
      </w:r>
      <w:r w:rsidRPr="00422254">
        <w:rPr>
          <w:rFonts w:ascii="Arial" w:hAnsi="Arial"/>
          <w:lang w:val="it-IT"/>
        </w:rPr>
        <w:t>Manifestazione di interesse per l'affidamento diretto ai sensi dell'art. 50, comma 1, lett. b) del D.</w:t>
      </w:r>
      <w:r>
        <w:rPr>
          <w:rFonts w:ascii="Arial" w:hAnsi="Arial"/>
          <w:lang w:val="it-IT"/>
        </w:rPr>
        <w:t>l</w:t>
      </w:r>
      <w:r w:rsidRPr="00422254">
        <w:rPr>
          <w:rFonts w:ascii="Arial" w:hAnsi="Arial"/>
          <w:lang w:val="it-IT"/>
        </w:rPr>
        <w:t xml:space="preserve">gs. n. 36/2023 del </w:t>
      </w:r>
      <w:r w:rsidR="000C024A" w:rsidRPr="000C024A">
        <w:rPr>
          <w:rFonts w:ascii="Arial" w:hAnsi="Arial"/>
          <w:lang w:val="it-IT"/>
        </w:rPr>
        <w:t>"Servizio di conduzione, manutenzione ordinaria, pronto intervento e 'Terzo Responsabile' degli impianti di riscaldamento e di raffrescamento presso edifici comunali"</w:t>
      </w:r>
    </w:p>
    <w:p w14:paraId="66EE4BDA" w14:textId="4607284D" w:rsidR="00E3509A" w:rsidRDefault="00422254" w:rsidP="00E3509A">
      <w:pPr>
        <w:spacing w:after="0"/>
        <w:jc w:val="both"/>
        <w:rPr>
          <w:rFonts w:ascii="Arial" w:hAnsi="Arial"/>
          <w:lang w:val="it-IT"/>
        </w:rPr>
      </w:pPr>
      <w:r w:rsidRPr="00422254">
        <w:rPr>
          <w:rFonts w:ascii="Arial" w:hAnsi="Arial"/>
          <w:lang w:val="it-IT"/>
        </w:rPr>
        <w:t xml:space="preserve">Periodo di due anni. </w:t>
      </w:r>
    </w:p>
    <w:p w14:paraId="12A2F900" w14:textId="50F876B1" w:rsidR="002C682C" w:rsidRPr="00422254" w:rsidRDefault="00E3509A" w:rsidP="00422254">
      <w:pPr>
        <w:spacing w:after="240"/>
        <w:jc w:val="both"/>
        <w:rPr>
          <w:lang w:val="it-IT"/>
        </w:rPr>
      </w:pPr>
      <w:r>
        <w:rPr>
          <w:rFonts w:ascii="Arial" w:hAnsi="Arial"/>
          <w:lang w:val="it-IT"/>
        </w:rPr>
        <w:t xml:space="preserve">Importo annuo a base d’asta € 58.000,00 (compresi oneri di sicurezza non soggetti a ribasso pari ad € 2.500,00) – Importo complessivo del servizio € 116.000,00 per 2 anni (compresi oneri per la sicurezza pari ad € 5.000,00) </w:t>
      </w:r>
    </w:p>
    <w:p w14:paraId="1137251B" w14:textId="09754293" w:rsidR="002C682C" w:rsidRPr="00422254" w:rsidRDefault="00422254" w:rsidP="00422254">
      <w:pPr>
        <w:spacing w:after="0" w:line="480" w:lineRule="auto"/>
        <w:rPr>
          <w:lang w:val="it-IT"/>
        </w:rPr>
      </w:pPr>
      <w:r w:rsidRPr="00422254">
        <w:rPr>
          <w:rFonts w:ascii="Arial" w:hAnsi="Arial"/>
          <w:lang w:val="it-IT"/>
        </w:rPr>
        <w:t>Il/La sottoscritto/a</w:t>
      </w:r>
      <w:r>
        <w:rPr>
          <w:rFonts w:ascii="Arial" w:hAnsi="Arial"/>
          <w:lang w:val="it-IT"/>
        </w:rPr>
        <w:t xml:space="preserve"> </w:t>
      </w:r>
      <w:r w:rsidRPr="00422254">
        <w:rPr>
          <w:rFonts w:ascii="Arial" w:hAnsi="Arial"/>
          <w:lang w:val="it-IT"/>
        </w:rPr>
        <w:t>_____________________________________________________________</w:t>
      </w:r>
      <w:r w:rsidRPr="00422254">
        <w:rPr>
          <w:rFonts w:ascii="Arial" w:hAnsi="Arial"/>
          <w:lang w:val="it-IT"/>
        </w:rPr>
        <w:br/>
        <w:t xml:space="preserve">nato/a </w:t>
      </w:r>
      <w:proofErr w:type="spellStart"/>
      <w:r w:rsidRPr="00422254">
        <w:rPr>
          <w:rFonts w:ascii="Arial" w:hAnsi="Arial"/>
          <w:lang w:val="it-IT"/>
        </w:rPr>
        <w:t>a</w:t>
      </w:r>
      <w:proofErr w:type="spellEnd"/>
      <w:r w:rsidRPr="00422254">
        <w:rPr>
          <w:rFonts w:ascii="Arial" w:hAnsi="Arial"/>
          <w:lang w:val="it-IT"/>
        </w:rPr>
        <w:t xml:space="preserve"> _______________________________________ pr. _____ il ____________________</w:t>
      </w:r>
      <w:r w:rsidRPr="00422254">
        <w:rPr>
          <w:rFonts w:ascii="Arial" w:hAnsi="Arial"/>
          <w:lang w:val="it-IT"/>
        </w:rPr>
        <w:br/>
        <w:t>C.F. ________________________________________________________________________</w:t>
      </w:r>
      <w:r w:rsidRPr="00422254">
        <w:rPr>
          <w:rFonts w:ascii="Arial" w:hAnsi="Arial"/>
          <w:lang w:val="it-IT"/>
        </w:rPr>
        <w:br/>
        <w:t>in qualità di (carica sociale) ______________________________________________________</w:t>
      </w:r>
      <w:r w:rsidRPr="00422254">
        <w:rPr>
          <w:rFonts w:ascii="Arial" w:hAnsi="Arial"/>
          <w:lang w:val="it-IT"/>
        </w:rPr>
        <w:br/>
        <w:t>dell'Operatore Economico _______________________________________________________</w:t>
      </w:r>
      <w:r w:rsidRPr="00422254">
        <w:rPr>
          <w:rFonts w:ascii="Arial" w:hAnsi="Arial"/>
          <w:lang w:val="it-IT"/>
        </w:rPr>
        <w:br/>
        <w:t>con sede legale in _____________________________ pr. _____ via _____________________</w:t>
      </w:r>
      <w:r w:rsidRPr="00422254">
        <w:rPr>
          <w:rFonts w:ascii="Arial" w:hAnsi="Arial"/>
          <w:lang w:val="it-IT"/>
        </w:rPr>
        <w:br/>
        <w:t>P.IVA / C.F. _________________________________ Tel. _____________________________</w:t>
      </w:r>
      <w:r w:rsidRPr="00422254">
        <w:rPr>
          <w:rFonts w:ascii="Arial" w:hAnsi="Arial"/>
          <w:lang w:val="it-IT"/>
        </w:rPr>
        <w:br/>
        <w:t>PEC _________________________</w:t>
      </w:r>
      <w:r>
        <w:rPr>
          <w:rFonts w:ascii="Arial" w:hAnsi="Arial"/>
          <w:lang w:val="it-IT"/>
        </w:rPr>
        <w:t>______________________________________</w:t>
      </w:r>
      <w:r w:rsidRPr="00422254">
        <w:rPr>
          <w:rFonts w:ascii="Arial" w:hAnsi="Arial"/>
          <w:lang w:val="it-IT"/>
        </w:rPr>
        <w:t>_________</w:t>
      </w:r>
    </w:p>
    <w:p w14:paraId="0B9747D1" w14:textId="77777777" w:rsidR="002C682C" w:rsidRPr="00422254" w:rsidRDefault="00422254">
      <w:pPr>
        <w:spacing w:before="240"/>
        <w:jc w:val="center"/>
        <w:rPr>
          <w:lang w:val="it-IT"/>
        </w:rPr>
      </w:pPr>
      <w:r w:rsidRPr="00422254">
        <w:rPr>
          <w:rFonts w:ascii="Arial" w:hAnsi="Arial"/>
          <w:b/>
          <w:sz w:val="24"/>
          <w:lang w:val="it-IT"/>
        </w:rPr>
        <w:t>CHIEDE</w:t>
      </w:r>
    </w:p>
    <w:p w14:paraId="45AAC995" w14:textId="77777777" w:rsidR="002C682C" w:rsidRPr="00422254" w:rsidRDefault="00422254">
      <w:pPr>
        <w:rPr>
          <w:lang w:val="it-IT"/>
        </w:rPr>
      </w:pPr>
      <w:r w:rsidRPr="00422254">
        <w:rPr>
          <w:rFonts w:ascii="Arial" w:hAnsi="Arial"/>
          <w:lang w:val="it-IT"/>
        </w:rPr>
        <w:t>di essere invitato alla procedura in oggetto tramite la piattaforma telematica in uso da codesta Stazione Appaltante.</w:t>
      </w:r>
    </w:p>
    <w:p w14:paraId="44043CDC" w14:textId="77777777" w:rsidR="002C682C" w:rsidRPr="00422254" w:rsidRDefault="00422254">
      <w:pPr>
        <w:spacing w:before="240"/>
        <w:jc w:val="center"/>
        <w:rPr>
          <w:lang w:val="it-IT"/>
        </w:rPr>
      </w:pPr>
      <w:r w:rsidRPr="00422254">
        <w:rPr>
          <w:rFonts w:ascii="Arial" w:hAnsi="Arial"/>
          <w:b/>
          <w:sz w:val="24"/>
          <w:lang w:val="it-IT"/>
        </w:rPr>
        <w:t>DICHIARA</w:t>
      </w:r>
    </w:p>
    <w:p w14:paraId="719F94B1" w14:textId="77777777" w:rsidR="002C682C" w:rsidRPr="00422254" w:rsidRDefault="00422254" w:rsidP="00422254">
      <w:pPr>
        <w:jc w:val="both"/>
        <w:rPr>
          <w:lang w:val="it-IT"/>
        </w:rPr>
      </w:pPr>
      <w:r w:rsidRPr="00422254">
        <w:rPr>
          <w:rFonts w:ascii="Arial" w:hAnsi="Arial"/>
          <w:lang w:val="it-IT"/>
        </w:rPr>
        <w:t>ai sensi degli artt. 46 e 47 del D.P.R. n. 445/2000, sotto la propria responsabilità e consapevole delle sanzioni penali previste dall'art. 76 del medesimo D.P.R. in caso di dichiarazioni mendaci:</w:t>
      </w:r>
    </w:p>
    <w:p w14:paraId="1218432A" w14:textId="182BFAF0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lastRenderedPageBreak/>
        <w:t>Di non trovarsi in alcuna delle cause di esclusione previste dalla Parte V del Libro II del D.</w:t>
      </w:r>
      <w:r>
        <w:rPr>
          <w:rFonts w:ascii="Arial" w:hAnsi="Arial"/>
          <w:sz w:val="21"/>
          <w:lang w:val="it-IT"/>
        </w:rPr>
        <w:t>l</w:t>
      </w:r>
      <w:r w:rsidRPr="00422254">
        <w:rPr>
          <w:rFonts w:ascii="Arial" w:hAnsi="Arial"/>
          <w:sz w:val="21"/>
          <w:lang w:val="it-IT"/>
        </w:rPr>
        <w:t>gs. n. 36/2023 (artt. 94, 95, 96, 97, 98) in materia di moralità professionale e assenza di cause ostative.</w:t>
      </w:r>
    </w:p>
    <w:p w14:paraId="47D55549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>Di essere iscritto nel Registro delle Imprese presso la C.C.I.A.A. competente per attività coerenti con l'oggetto del presente affidamento.</w:t>
      </w:r>
    </w:p>
    <w:p w14:paraId="5E359FBE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>Di possedere i requisiti previsti dal D.M. n. 37/2008, con specifica abilitazione di cui all'art. 1, comma 2, LETTERA C) (impianti di riscaldamento, di climatizzazione, di condizionamento e di refrigerazione) e LETTERA D) (impianti idrici e sanitari).</w:t>
      </w:r>
    </w:p>
    <w:p w14:paraId="4A3E2E24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>Di essere in possesso dell'Attestazione SOA in corso di validità per la Categoria OG 11 (Impianti tecnologici), Classifica II (seconda categoria) o superiore.</w:t>
      </w:r>
    </w:p>
    <w:p w14:paraId="4E7CE70E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 xml:space="preserve">Di essere regolarmente iscritto al Registro Telematico Nazionale delle persone e delle imprese certificate (Registro F-GAS) ai sensi del Regolamento (UE) 2015/2067 e </w:t>
      </w:r>
      <w:proofErr w:type="spellStart"/>
      <w:r w:rsidRPr="00422254">
        <w:rPr>
          <w:rFonts w:ascii="Arial" w:hAnsi="Arial"/>
          <w:sz w:val="21"/>
          <w:lang w:val="it-IT"/>
        </w:rPr>
        <w:t>s.m.i.</w:t>
      </w:r>
      <w:proofErr w:type="spellEnd"/>
      <w:r w:rsidRPr="00422254">
        <w:rPr>
          <w:rFonts w:ascii="Arial" w:hAnsi="Arial"/>
          <w:sz w:val="21"/>
          <w:lang w:val="it-IT"/>
        </w:rPr>
        <w:t>, e di disporre di idoneo personale certificato per le attività su apparecchiature fisse di refrigerazione, condizionamento d'aria e pompe di calore.</w:t>
      </w:r>
    </w:p>
    <w:p w14:paraId="28B8E4F8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>Di aver eseguito con buon esito, nel quinquennio antecedente alla data di pubblicazione del presente avviso, servizi analoghi a quello in oggetto (conduzione, manutenzione ordinaria e Terzo Responsabile di impianti tecnologici/termici/climatizzazione) a favore di Comuni con popolazione superiore a 20.000 abitanti, per una durata complessiva non inferiore a 5 anni, indicando di seguito i principali contratti:</w:t>
      </w:r>
    </w:p>
    <w:p w14:paraId="5834D29D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>Di accettare l'esecuzione del servizio al prezzo stimato a base d'asta di € 58.000,00 annui oltre IVA, soggetto a ribasso in sede di preventivo o confermato secondo le modalità definite dalla Stazione Appaltante sulla piattaforma telematica.</w:t>
      </w:r>
    </w:p>
    <w:p w14:paraId="7D80A6AD" w14:textId="232B664A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 xml:space="preserve">Di garantire, in caso di affidamento, l'attivazione del servizio di pronto intervento h24 con arrivo del tecnico sul luogo della chiamata entro </w:t>
      </w:r>
      <w:r w:rsidR="009B05AA">
        <w:rPr>
          <w:rFonts w:ascii="Arial" w:hAnsi="Arial"/>
          <w:sz w:val="21"/>
          <w:lang w:val="it-IT"/>
        </w:rPr>
        <w:t>2</w:t>
      </w:r>
      <w:r w:rsidRPr="00422254">
        <w:rPr>
          <w:rFonts w:ascii="Arial" w:hAnsi="Arial"/>
          <w:sz w:val="21"/>
          <w:lang w:val="it-IT"/>
        </w:rPr>
        <w:t xml:space="preserve"> or</w:t>
      </w:r>
      <w:r w:rsidR="009B05AA">
        <w:rPr>
          <w:rFonts w:ascii="Arial" w:hAnsi="Arial"/>
          <w:sz w:val="21"/>
          <w:lang w:val="it-IT"/>
        </w:rPr>
        <w:t>e</w:t>
      </w:r>
      <w:r w:rsidRPr="00422254">
        <w:rPr>
          <w:rFonts w:ascii="Arial" w:hAnsi="Arial"/>
          <w:sz w:val="21"/>
          <w:lang w:val="it-IT"/>
        </w:rPr>
        <w:t xml:space="preserve"> dalla segnalazione.</w:t>
      </w:r>
    </w:p>
    <w:p w14:paraId="4B872C4A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>Di possedere l'attrezzatura, la capacità tecnica e l'organico aziendale idonei ad assumere la qualifica e le connesse responsabilità di Terzo Responsabile degli impianti ai sensi del D.P.R. n. 74/2013.</w:t>
      </w:r>
    </w:p>
    <w:p w14:paraId="1BBAED06" w14:textId="77777777" w:rsidR="002C682C" w:rsidRPr="00422254" w:rsidRDefault="00422254" w:rsidP="00422254">
      <w:pPr>
        <w:pStyle w:val="Puntoelenco"/>
        <w:spacing w:after="80"/>
        <w:jc w:val="both"/>
        <w:rPr>
          <w:lang w:val="it-IT"/>
        </w:rPr>
      </w:pPr>
      <w:r w:rsidRPr="00422254">
        <w:rPr>
          <w:rFonts w:ascii="Arial" w:hAnsi="Arial"/>
          <w:sz w:val="21"/>
          <w:lang w:val="it-IT"/>
        </w:rPr>
        <w:t>Di essere a conoscenza che la presente manifestazione di interesse non costituisce proposta contrattuale, non vincola la Stazione Appaltante ed è finalizzata esclusivamente all'individuazione di operatori da consultare tramite piattaforma telematica.</w:t>
      </w:r>
    </w:p>
    <w:p w14:paraId="6D23C65C" w14:textId="77777777" w:rsidR="002C682C" w:rsidRPr="00422254" w:rsidRDefault="00422254">
      <w:pPr>
        <w:spacing w:before="120"/>
        <w:rPr>
          <w:lang w:val="it-IT"/>
        </w:rPr>
      </w:pPr>
      <w:r w:rsidRPr="00422254">
        <w:rPr>
          <w:rFonts w:ascii="Arial" w:hAnsi="Arial"/>
          <w:b/>
          <w:sz w:val="20"/>
          <w:lang w:val="it-IT"/>
        </w:rPr>
        <w:t>Tabella riepilogativa servizi analoghi negli ultimi 5 anni per Comuni &gt; 20.000 abitanti: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C682C" w14:paraId="1926C723" w14:textId="77777777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7DA6B2" w14:textId="77777777" w:rsidR="002C682C" w:rsidRDefault="00422254">
            <w:proofErr w:type="spellStart"/>
            <w:r>
              <w:rPr>
                <w:rFonts w:ascii="Arial" w:hAnsi="Arial"/>
                <w:b/>
                <w:sz w:val="19"/>
              </w:rPr>
              <w:t>Comune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9"/>
              </w:rPr>
              <w:t>Committente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(&gt;20k ab.)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70A41A" w14:textId="77777777" w:rsidR="002C682C" w:rsidRDefault="00422254">
            <w:proofErr w:type="spellStart"/>
            <w:r>
              <w:rPr>
                <w:rFonts w:ascii="Arial" w:hAnsi="Arial"/>
                <w:b/>
                <w:sz w:val="19"/>
              </w:rPr>
              <w:t>Oggetto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del Servizio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543E14" w14:textId="77777777" w:rsidR="002C682C" w:rsidRDefault="00422254">
            <w:proofErr w:type="spellStart"/>
            <w:r>
              <w:rPr>
                <w:rFonts w:ascii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(Da/A)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DE6DCB" w14:textId="77777777" w:rsidR="002C682C" w:rsidRDefault="00422254">
            <w:proofErr w:type="spellStart"/>
            <w:r>
              <w:rPr>
                <w:rFonts w:ascii="Arial" w:hAnsi="Arial"/>
                <w:b/>
                <w:sz w:val="19"/>
              </w:rPr>
              <w:t>Importo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9"/>
              </w:rPr>
              <w:t>Annuo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(€)</w:t>
            </w:r>
          </w:p>
        </w:tc>
      </w:tr>
      <w:tr w:rsidR="002C682C" w14:paraId="0CBD4008" w14:textId="77777777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B23AA4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096DE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28B511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B70EBD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</w:tr>
      <w:tr w:rsidR="002C682C" w14:paraId="033CC578" w14:textId="77777777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4E1E70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F29CFB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D3168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DD5618" w14:textId="77777777" w:rsidR="002C682C" w:rsidRDefault="00422254">
            <w:r>
              <w:rPr>
                <w:rFonts w:ascii="Arial" w:hAnsi="Arial"/>
                <w:sz w:val="19"/>
              </w:rPr>
              <w:t>[</w:t>
            </w:r>
            <w:proofErr w:type="spellStart"/>
            <w:r>
              <w:rPr>
                <w:rFonts w:ascii="Arial" w:hAnsi="Arial"/>
                <w:sz w:val="19"/>
              </w:rPr>
              <w:t>Inserire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dato</w:t>
            </w:r>
            <w:proofErr w:type="spellEnd"/>
            <w:r>
              <w:rPr>
                <w:rFonts w:ascii="Arial" w:hAnsi="Arial"/>
                <w:sz w:val="19"/>
              </w:rPr>
              <w:t>]</w:t>
            </w:r>
          </w:p>
        </w:tc>
      </w:tr>
    </w:tbl>
    <w:p w14:paraId="4D702B8A" w14:textId="77777777" w:rsidR="002C682C" w:rsidRPr="00422254" w:rsidRDefault="00422254">
      <w:pPr>
        <w:spacing w:before="480"/>
        <w:rPr>
          <w:lang w:val="it-IT"/>
        </w:rPr>
      </w:pPr>
      <w:r w:rsidRPr="00422254">
        <w:rPr>
          <w:rFonts w:ascii="Arial" w:hAnsi="Arial"/>
          <w:lang w:val="it-IT"/>
        </w:rPr>
        <w:t>Luogo e data _______________________</w:t>
      </w:r>
      <w:r w:rsidRPr="00422254">
        <w:rPr>
          <w:rFonts w:ascii="Arial" w:hAnsi="Arial"/>
          <w:lang w:val="it-IT"/>
        </w:rPr>
        <w:tab/>
      </w:r>
      <w:r w:rsidRPr="00422254">
        <w:rPr>
          <w:rFonts w:ascii="Arial" w:hAnsi="Arial"/>
          <w:lang w:val="it-IT"/>
        </w:rPr>
        <w:tab/>
        <w:t>Firma Digitale del Legale Rappresentante</w:t>
      </w:r>
    </w:p>
    <w:sectPr w:rsidR="002C682C" w:rsidRPr="0042225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5072595">
    <w:abstractNumId w:val="8"/>
  </w:num>
  <w:num w:numId="2" w16cid:durableId="364643510">
    <w:abstractNumId w:val="6"/>
  </w:num>
  <w:num w:numId="3" w16cid:durableId="1019117025">
    <w:abstractNumId w:val="5"/>
  </w:num>
  <w:num w:numId="4" w16cid:durableId="1253511939">
    <w:abstractNumId w:val="4"/>
  </w:num>
  <w:num w:numId="5" w16cid:durableId="1650207306">
    <w:abstractNumId w:val="7"/>
  </w:num>
  <w:num w:numId="6" w16cid:durableId="439883885">
    <w:abstractNumId w:val="3"/>
  </w:num>
  <w:num w:numId="7" w16cid:durableId="1461193989">
    <w:abstractNumId w:val="2"/>
  </w:num>
  <w:num w:numId="8" w16cid:durableId="1806123886">
    <w:abstractNumId w:val="1"/>
  </w:num>
  <w:num w:numId="9" w16cid:durableId="113255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24A"/>
    <w:rsid w:val="0015074B"/>
    <w:rsid w:val="0029639D"/>
    <w:rsid w:val="002C682C"/>
    <w:rsid w:val="00326F90"/>
    <w:rsid w:val="00422254"/>
    <w:rsid w:val="009B05AA"/>
    <w:rsid w:val="00AA1D8D"/>
    <w:rsid w:val="00B47730"/>
    <w:rsid w:val="00CB0664"/>
    <w:rsid w:val="00E350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E683D15-276D-4198-9E10-3F01C5A7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colleferro@legalmail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Melissa Bubbico</cp:lastModifiedBy>
  <cp:revision>4</cp:revision>
  <dcterms:created xsi:type="dcterms:W3CDTF">2013-12-23T23:15:00Z</dcterms:created>
  <dcterms:modified xsi:type="dcterms:W3CDTF">2026-10-08T15:47:00Z</dcterms:modified>
  <cp:category/>
</cp:coreProperties>
</file>